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TUGAS DAN FUNGSI</w:t>
        <w:br/>
        <w:t>UPBU KELAS III BULI</w:t>
      </w:r>
    </w:p>
    <w:p>
      <w:pPr>
        <w:jc w:val="center"/>
      </w:pPr>
      <w:r>
        <w:rPr>
          <w:i/>
          <w:sz w:val="22"/>
        </w:rPr>
        <w:t>Unit Penyelenggara Bandar Udara Kelas III Buli – Maba</w:t>
      </w:r>
    </w:p>
    <w:p/>
    <w:p>
      <w:r>
        <w:rPr>
          <w:b/>
          <w:sz w:val="26"/>
        </w:rPr>
        <w:t>A. TUGAS</w:t>
      </w:r>
    </w:p>
    <w:p>
      <w:pPr>
        <w:jc w:val="both"/>
      </w:pPr>
      <w:r>
        <w:t>UPBU Kelas III Buli mempunyai tugas melaksanakan pelayanan jasa kebandarudaraan serta penyelenggaraan operasional bandar udara guna menjamin keselamatan, keamanan, kelancaran, dan kenyamanan penerbangan sesuai dengan ketentuan peraturan perundang-undangan di bidang penerbangan sipil.</w:t>
      </w:r>
    </w:p>
    <w:p>
      <w:r>
        <w:rPr>
          <w:b/>
          <w:sz w:val="26"/>
        </w:rPr>
        <w:t>B. FUNGSI</w:t>
      </w:r>
    </w:p>
    <w:p>
      <w:pPr>
        <w:jc w:val="both"/>
      </w:pPr>
      <w:r>
        <w:t>Dalam melaksanakan tugas tersebut, UPBU Kelas III Buli menyelenggarakan fungsi sebagai berikut:</w:t>
      </w:r>
    </w:p>
    <w:p>
      <w:pPr>
        <w:ind w:left="283" w:hanging="283"/>
      </w:pPr>
      <w:r>
        <w:rPr>
          <w:b/>
        </w:rPr>
        <w:t>1. Pelaksanaan Pelayanan Operasional Bandar Udara</w:t>
      </w:r>
    </w:p>
    <w:p>
      <w:pPr>
        <w:ind w:left="283"/>
        <w:jc w:val="both"/>
      </w:pPr>
      <w:r>
        <w:t>Melaksanakan pelayanan operasional penerbangan dan pengawasan terhadap kegiatan bandar udara guna mendukung kelancaran transportasi udara.</w:t>
      </w:r>
    </w:p>
    <w:p>
      <w:pPr>
        <w:ind w:left="283" w:hanging="283"/>
      </w:pPr>
      <w:r>
        <w:rPr>
          <w:b/>
        </w:rPr>
        <w:t>2. Pelaksanaan Keamanan, Keselamatan, dan Pelayanan Penerbangan</w:t>
      </w:r>
    </w:p>
    <w:p>
      <w:pPr>
        <w:ind w:left="283"/>
        <w:jc w:val="both"/>
      </w:pPr>
      <w:r>
        <w:t>Menjamin terpenuhinya standar keselamatan, keamanan, dan pelayanan penerbangan sesuai regulasi yang berlaku.</w:t>
      </w:r>
    </w:p>
    <w:p>
      <w:pPr>
        <w:ind w:left="283" w:hanging="283"/>
      </w:pPr>
      <w:r>
        <w:rPr>
          <w:b/>
        </w:rPr>
        <w:t>3. Pelaksanaan Pemeliharaan Fasilitas Bandar Udara</w:t>
      </w:r>
    </w:p>
    <w:p>
      <w:pPr>
        <w:ind w:left="283"/>
        <w:jc w:val="both"/>
      </w:pPr>
      <w:r>
        <w:t>Melaksanakan pemeliharaan dan pengawasan fasilitas sisi udara, sisi darat, fasilitas listrik, mekanikal, elektronika, serta fasilitas penunjang operasional bandar udara lainnya.</w:t>
      </w:r>
    </w:p>
    <w:p>
      <w:pPr>
        <w:ind w:left="283" w:hanging="283"/>
      </w:pPr>
      <w:r>
        <w:rPr>
          <w:b/>
        </w:rPr>
        <w:t>4. Pelaksanaan Pelayanan Jasa Kebandarudaraan</w:t>
      </w:r>
    </w:p>
    <w:p>
      <w:pPr>
        <w:ind w:left="283"/>
        <w:jc w:val="both"/>
      </w:pPr>
      <w:r>
        <w:t>Memberikan pelayanan kepada penumpang, barang, kargo, pos, dan pengguna jasa bandar udara secara profesional dan optimal.</w:t>
      </w:r>
    </w:p>
    <w:p>
      <w:pPr>
        <w:ind w:left="283" w:hanging="283"/>
      </w:pPr>
      <w:r>
        <w:rPr>
          <w:b/>
        </w:rPr>
        <w:t>5. Pelaksanaan Penanggulangan Keadaan Darurat</w:t>
      </w:r>
    </w:p>
    <w:p>
      <w:pPr>
        <w:ind w:left="283"/>
        <w:jc w:val="both"/>
      </w:pPr>
      <w:r>
        <w:t>Menyelenggarakan pelayanan pertolongan kecelakaan penerbangan dan pemadam kebakaran (PKP-PK) serta penanganan keadaan darurat bandar udara.</w:t>
      </w:r>
    </w:p>
    <w:p>
      <w:pPr>
        <w:ind w:left="283" w:hanging="283"/>
      </w:pPr>
      <w:r>
        <w:rPr>
          <w:b/>
        </w:rPr>
        <w:t>6. Pelaksanaan Koordinasi dan Kerja Sama Operasional</w:t>
      </w:r>
    </w:p>
    <w:p>
      <w:pPr>
        <w:ind w:left="283"/>
        <w:jc w:val="both"/>
      </w:pPr>
      <w:r>
        <w:t>Melaksanakan koordinasi dengan instansi pemerintah, operator penerbangan, dan pihak terkait lainnya dalam mendukung operasional bandar udara.</w:t>
      </w:r>
    </w:p>
    <w:p>
      <w:pPr>
        <w:ind w:left="283" w:hanging="283"/>
      </w:pPr>
      <w:r>
        <w:rPr>
          <w:b/>
        </w:rPr>
        <w:t>7. Pelaksanaan Administrasi dan Tata Usaha</w:t>
      </w:r>
    </w:p>
    <w:p>
      <w:pPr>
        <w:ind w:left="283"/>
        <w:jc w:val="both"/>
      </w:pPr>
      <w:r>
        <w:t>Melaksanakan urusan perencanaan, kepegawaian, keuangan, barang milik negara, persuratan, serta pelaporan di lingkungan bandar udara.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>Dokumen Informasi – UPBU Kelas III Buli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sz w:val="20"/>
      </w:rPr>
      <w:t>UPBU KELAS III BULI – MABA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